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Modèles d'email de relance commerciale</w:t>
      </w:r>
    </w:p>
    <w:p>
      <w:r>
        <w:t>6 modèles prêts à copier. Remplacez les mentions entre crochets (en orange) par vos informations.</w:t>
      </w:r>
    </w:p>
    <w:p>
      <w:pPr>
        <w:pStyle w:val="Heading1"/>
      </w:pPr>
      <w:r>
        <w:t>Modèle 1 : relance après un devis sans réponse</w:t>
      </w:r>
    </w:p>
    <w:p>
      <w:r>
        <w:rPr>
          <w:i/>
        </w:rPr>
        <w:t>À envoyer 3 à 5 jours après un devis resté sans réponse.</w:t>
      </w:r>
    </w:p>
    <w:p>
      <w:r>
        <w:rPr>
          <w:b/>
        </w:rPr>
        <w:t xml:space="preserve">Objet : </w:t>
      </w:r>
      <w:r>
        <w:t xml:space="preserve">Votre devis pour </w:t>
      </w:r>
      <w:r>
        <w:rPr>
          <w:b/>
          <w:color w:val="C25400"/>
        </w:rPr>
        <w:t>[projet]</w:t>
      </w:r>
      <w:r/>
    </w:p>
    <w:p>
      <w:r>
        <w:t xml:space="preserve">Bonjour </w:t>
      </w:r>
      <w:r>
        <w:rPr>
          <w:b/>
          <w:color w:val="C25400"/>
        </w:rPr>
        <w:t>[Prénom]</w:t>
      </w:r>
      <w:r>
        <w:t>,</w:t>
      </w:r>
    </w:p>
    <w:p>
      <w:r/>
    </w:p>
    <w:p>
      <w:r>
        <w:t xml:space="preserve">Je me permets de revenir vers vous au sujet du devis envoyé le </w:t>
      </w:r>
      <w:r>
        <w:rPr>
          <w:b/>
          <w:color w:val="C25400"/>
        </w:rPr>
        <w:t>[date]</w:t>
      </w:r>
      <w:r>
        <w:t xml:space="preserve"> pour </w:t>
      </w:r>
      <w:r>
        <w:rPr>
          <w:b/>
          <w:color w:val="C25400"/>
        </w:rPr>
        <w:t>[produit ou service]</w:t>
      </w:r>
      <w:r>
        <w:t>. Avez-vous eu l'occasion de le regarder ?</w:t>
      </w:r>
    </w:p>
    <w:p>
      <w:r/>
    </w:p>
    <w:p>
      <w:r>
        <w:t>Je reste à votre disposition pour en discuter ou l'ajuster si besoin.</w:t>
      </w:r>
    </w:p>
    <w:p>
      <w:r/>
    </w:p>
    <w:p>
      <w:r>
        <w:t>Bonne journée,</w:t>
      </w:r>
    </w:p>
    <w:p>
      <w:r/>
      <w:r>
        <w:rPr>
          <w:b/>
          <w:color w:val="C25400"/>
        </w:rPr>
        <w:t>[Signature]</w:t>
      </w:r>
      <w:r/>
    </w:p>
    <w:p>
      <w:pPr>
        <w:pStyle w:val="Heading1"/>
      </w:pPr>
      <w:r>
        <w:t>Modèle 2 : deuxième relance de devis</w:t>
      </w:r>
    </w:p>
    <w:p>
      <w:r>
        <w:rPr>
          <w:i/>
        </w:rPr>
        <w:t>À envoyer une semaine à dix jours après la première relance.</w:t>
      </w:r>
    </w:p>
    <w:p>
      <w:r>
        <w:rPr>
          <w:b/>
        </w:rPr>
        <w:t xml:space="preserve">Objet : </w:t>
      </w:r>
      <w:r>
        <w:t xml:space="preserve">Un point sur votre projet </w:t>
      </w:r>
      <w:r>
        <w:rPr>
          <w:b/>
          <w:color w:val="C25400"/>
        </w:rPr>
        <w:t>[produit]</w:t>
      </w:r>
      <w:r>
        <w:t xml:space="preserve"> ?</w:t>
      </w:r>
    </w:p>
    <w:p>
      <w:r>
        <w:t xml:space="preserve">Bonjour </w:t>
      </w:r>
      <w:r>
        <w:rPr>
          <w:b/>
          <w:color w:val="C25400"/>
        </w:rPr>
        <w:t>[Prénom]</w:t>
      </w:r>
      <w:r>
        <w:t>,</w:t>
      </w:r>
    </w:p>
    <w:p>
      <w:r/>
    </w:p>
    <w:p>
      <w:r>
        <w:t>Je n'ai pas eu de retour sur ma précédente proposition, et je voulais m'assurer que le projet est toujours d'actualité de votre côté.</w:t>
      </w:r>
    </w:p>
    <w:p>
      <w:r/>
    </w:p>
    <w:p>
      <w:r>
        <w:t>Y a-t-il un point qui vous fait hésiter, le budget, le délai ou autre chose ? Je serais ravi d'en parler.</w:t>
      </w:r>
    </w:p>
    <w:p>
      <w:r/>
    </w:p>
    <w:p>
      <w:r>
        <w:t>Bien à vous,</w:t>
      </w:r>
    </w:p>
    <w:p>
      <w:r/>
      <w:r>
        <w:rPr>
          <w:b/>
          <w:color w:val="C25400"/>
        </w:rPr>
        <w:t>[Signature]</w:t>
      </w:r>
      <w:r/>
    </w:p>
    <w:p>
      <w:pPr>
        <w:pStyle w:val="Heading1"/>
      </w:pPr>
      <w:r>
        <w:t>Modèle 3 : relance après un rendez-vous ou une démo</w:t>
      </w:r>
    </w:p>
    <w:p>
      <w:r>
        <w:rPr>
          <w:i/>
        </w:rPr>
        <w:t>À envoyer dans les 24 heures suivant l'échange.</w:t>
      </w:r>
    </w:p>
    <w:p>
      <w:r>
        <w:rPr>
          <w:b/>
        </w:rPr>
        <w:t xml:space="preserve">Objet : </w:t>
      </w:r>
      <w:r>
        <w:t>Suite à notre échange</w:t>
      </w:r>
    </w:p>
    <w:p>
      <w:r>
        <w:t xml:space="preserve">Bonjour </w:t>
      </w:r>
      <w:r>
        <w:rPr>
          <w:b/>
          <w:color w:val="C25400"/>
        </w:rPr>
        <w:t>[Prénom]</w:t>
      </w:r>
      <w:r>
        <w:t>,</w:t>
      </w:r>
    </w:p>
    <w:p>
      <w:r/>
    </w:p>
    <w:p>
      <w:r>
        <w:t xml:space="preserve">Merci pour le temps que vous m'avez accordé </w:t>
      </w:r>
      <w:r>
        <w:rPr>
          <w:b/>
          <w:color w:val="C25400"/>
        </w:rPr>
        <w:t>[jour]</w:t>
      </w:r>
      <w:r>
        <w:t xml:space="preserve">. Comme convenu, voici </w:t>
      </w:r>
      <w:r>
        <w:rPr>
          <w:b/>
          <w:color w:val="C25400"/>
        </w:rPr>
        <w:t>[récapitulatif ou proposition]</w:t>
      </w:r>
      <w:r>
        <w:t>.</w:t>
      </w:r>
    </w:p>
    <w:p>
      <w:r/>
    </w:p>
    <w:p>
      <w:r>
        <w:t>Quelle serait la prochaine étape la plus utile pour vous ?</w:t>
      </w:r>
    </w:p>
    <w:p>
      <w:r/>
    </w:p>
    <w:p>
      <w:r>
        <w:t>À très vite,</w:t>
      </w:r>
    </w:p>
    <w:p>
      <w:r/>
      <w:r>
        <w:rPr>
          <w:b/>
          <w:color w:val="C25400"/>
        </w:rPr>
        <w:t>[Signature]</w:t>
      </w:r>
      <w:r/>
    </w:p>
    <w:p>
      <w:pPr>
        <w:pStyle w:val="Heading1"/>
      </w:pPr>
      <w:r>
        <w:t>Modèle 4 : relance d'un client dormant</w:t>
      </w:r>
    </w:p>
    <w:p>
      <w:r>
        <w:rPr>
          <w:i/>
        </w:rPr>
        <w:t>À envoyer à un client sans nouvelle depuis plusieurs mois.</w:t>
      </w:r>
    </w:p>
    <w:p>
      <w:r>
        <w:rPr>
          <w:b/>
        </w:rPr>
        <w:t xml:space="preserve">Objet : </w:t>
      </w:r>
      <w:r>
        <w:t xml:space="preserve">Ça fait un moment, </w:t>
      </w:r>
      <w:r>
        <w:rPr>
          <w:b/>
          <w:color w:val="C25400"/>
        </w:rPr>
        <w:t>[Prénom]</w:t>
      </w:r>
      <w:r>
        <w:t xml:space="preserve"> !</w:t>
      </w:r>
    </w:p>
    <w:p>
      <w:r>
        <w:t xml:space="preserve">Bonjour </w:t>
      </w:r>
      <w:r>
        <w:rPr>
          <w:b/>
          <w:color w:val="C25400"/>
        </w:rPr>
        <w:t>[Prénom]</w:t>
      </w:r>
      <w:r>
        <w:t>,</w:t>
      </w:r>
    </w:p>
    <w:p>
      <w:r/>
    </w:p>
    <w:p>
      <w:r>
        <w:t xml:space="preserve">Cela fait quelque temps que nous n'avons pas échangé, et je pensais à vous au sujet de </w:t>
      </w:r>
      <w:r>
        <w:rPr>
          <w:b/>
          <w:color w:val="C25400"/>
        </w:rPr>
        <w:t>[nouveauté ou occasion]</w:t>
      </w:r>
      <w:r>
        <w:t>.</w:t>
      </w:r>
    </w:p>
    <w:p>
      <w:r/>
    </w:p>
    <w:p>
      <w:r>
        <w:t>Est-ce que ce serait le bon moment pour refaire un point ensemble ?</w:t>
      </w:r>
    </w:p>
    <w:p>
      <w:r/>
    </w:p>
    <w:p>
      <w:r>
        <w:t>Au plaisir de vous relire,</w:t>
      </w:r>
    </w:p>
    <w:p>
      <w:r/>
      <w:r>
        <w:rPr>
          <w:b/>
          <w:color w:val="C25400"/>
        </w:rPr>
        <w:t>[Signature]</w:t>
      </w:r>
      <w:r/>
    </w:p>
    <w:p>
      <w:pPr>
        <w:pStyle w:val="Heading1"/>
      </w:pPr>
      <w:r>
        <w:t>Modèle 5 : relance d'un prospect silencieux</w:t>
      </w:r>
    </w:p>
    <w:p>
      <w:r>
        <w:rPr>
          <w:i/>
        </w:rPr>
        <w:t>À envoyer à un prospect qui s'est montré intéressé puis a disparu.</w:t>
      </w:r>
    </w:p>
    <w:p>
      <w:r>
        <w:rPr>
          <w:b/>
        </w:rPr>
        <w:t xml:space="preserve">Objet : </w:t>
      </w:r>
      <w:r>
        <w:t xml:space="preserve">Toujours partant pour </w:t>
      </w:r>
      <w:r>
        <w:rPr>
          <w:b/>
          <w:color w:val="C25400"/>
        </w:rPr>
        <w:t>[sujet]</w:t>
      </w:r>
      <w:r>
        <w:t xml:space="preserve"> ?</w:t>
      </w:r>
    </w:p>
    <w:p>
      <w:r>
        <w:t xml:space="preserve">Bonjour </w:t>
      </w:r>
      <w:r>
        <w:rPr>
          <w:b/>
          <w:color w:val="C25400"/>
        </w:rPr>
        <w:t>[Prénom]</w:t>
      </w:r>
      <w:r>
        <w:t>,</w:t>
      </w:r>
    </w:p>
    <w:p>
      <w:r/>
    </w:p>
    <w:p>
      <w:r>
        <w:t xml:space="preserve">Vous aviez manifesté de l'intérêt pour </w:t>
      </w:r>
      <w:r>
        <w:rPr>
          <w:b/>
          <w:color w:val="C25400"/>
        </w:rPr>
        <w:t>[produit ou service]</w:t>
      </w:r>
      <w:r>
        <w:t>, et je voulais savoir où vous en êtes dans votre réflexion.</w:t>
      </w:r>
    </w:p>
    <w:p>
      <w:r/>
    </w:p>
    <w:p>
      <w:r>
        <w:t>Si le moment n'est pas idéal, dites-le-moi simplement, je me permettrai de revenir vers vous plus tard.</w:t>
      </w:r>
    </w:p>
    <w:p>
      <w:r/>
    </w:p>
    <w:p>
      <w:r>
        <w:t>Bien cordialement,</w:t>
      </w:r>
    </w:p>
    <w:p>
      <w:r/>
      <w:r>
        <w:rPr>
          <w:b/>
          <w:color w:val="C25400"/>
        </w:rPr>
        <w:t>[Signature]</w:t>
      </w:r>
      <w:r/>
    </w:p>
    <w:p>
      <w:pPr>
        <w:pStyle w:val="Heading1"/>
      </w:pPr>
      <w:r>
        <w:t>Modèle 6 : dernière relance (email de rupture)</w:t>
      </w:r>
    </w:p>
    <w:p>
      <w:r>
        <w:rPr>
          <w:i/>
        </w:rPr>
        <w:t>À envoyer en dernier recours, après 4 ou 5 tentatives sans réponse.</w:t>
      </w:r>
    </w:p>
    <w:p>
      <w:r>
        <w:rPr>
          <w:b/>
        </w:rPr>
        <w:t xml:space="preserve">Objet : </w:t>
      </w:r>
      <w:r>
        <w:t>Je clôture votre dossier ?</w:t>
      </w:r>
    </w:p>
    <w:p>
      <w:r>
        <w:t xml:space="preserve">Bonjour </w:t>
      </w:r>
      <w:r>
        <w:rPr>
          <w:b/>
          <w:color w:val="C25400"/>
        </w:rPr>
        <w:t>[Prénom]</w:t>
      </w:r>
      <w:r>
        <w:t>,</w:t>
      </w:r>
    </w:p>
    <w:p>
      <w:r/>
    </w:p>
    <w:p>
      <w:r>
        <w:t>Sans retour de votre part, je vais considérer que le sujet n'est plus prioritaire et je clôture le dossier, pour ne pas vous importuner.</w:t>
      </w:r>
    </w:p>
    <w:p>
      <w:r/>
    </w:p>
    <w:p>
      <w:r>
        <w:t>Si les choses évoluent, ma porte reste ouverte : n'hésitez pas à me recontacter quand vous le souhaitez.</w:t>
      </w:r>
    </w:p>
    <w:p>
      <w:r/>
    </w:p>
    <w:p>
      <w:r>
        <w:t>Bien à vous,</w:t>
      </w:r>
    </w:p>
    <w:p>
      <w:r/>
      <w:r>
        <w:rPr>
          <w:b/>
          <w:color w:val="C25400"/>
        </w:rPr>
        <w:t>[Signature]</w:t>
      </w:r>
      <w: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